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המעגלים של הלב – משפחה קרובה, מורחבת ואנשים שהם כמו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נמצא בכל מעגל אצל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כלפי משפחות שונות ומגוונות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אנשים שגרים איתי או מגדלים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סבא וסבתא, דודים ובני דודים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מורחבת כוללת גם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לצייר דמויות של חיות במקום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(ההורים והאחים שגרים איתי)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(חברים קרובים שהם כמו 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מקרה לחשיבה – עדן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להגיד שלכל משפחה יש צורה שונה וזה בסדר, ואפשר גם לצייר 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הכוללים שמות או תיאורים של אנשים במעגל הראשון ופעילות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אדם קרוב מהמעגל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סבים,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לאדם קרוב שאינו קרוב דם, כמו 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רמת כתיבה מתאימה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צורה אחת נכונה למשפחה ולהתייחס ברגישות למקרה של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שיתוף בכיתה רק למי שרוצה,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שלכל ילד יש אנשים שונים סביבו – חלקם גרים איתו, חלקם משפחה רחוקה יותר, וחלקם אנשים שהם כמו משפחה למרות שאינם קרובי דם. דף זה מתרגל את ההבנה הזו.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מורחבת  ·  ראשון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נמצא במעגל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שגרים איתי או מגדלים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חברים מבית 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שגרים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יכול להיות במעגל השני – המשפחה המורחבת?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סבא וסבתא,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המורה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שכן שלא מכירים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משפחה מורחבת כוללת רק הורים וילדים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לצייר חיות במקום אנשים בתרגיל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האנשים שגרים איתי או מגדלים אותי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סבא, סבתא, דודים ובני דודים הם חלק מהמשפחה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חברים קרובים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ההורים והאחים שגרים איתי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סבים, דודים ובני 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מקרה לחשיבה –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החברה יכולה להגיד לעדן כדי שתרגיש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 על המעגל הראשון שלכם: מי נמצא בו ומה אתם עושים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אדם אחד מהמעגל הראשון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משפחה מורחבת היא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