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 המעגלים של הלב – משפחה קרובה, מורחבת ואנשים שהם כמו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נמצא בכל מעגל אצל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רגישות כלפי משפחות שונות ומגוונות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אנשים שגרים איתי או מגדלים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סבא וסבתא,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אנשים קרובים אליי גם בלי קשר 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במרכז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משפחה מורחבת כוללת גם סבים,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צורה אחת נכונה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לצייר דמויות של חיות במקום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להיות קרוב גם בלי קשר 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המעגל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עצמכם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(ההורים והאחים שגרים איתי)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(סבים, דודים ובני 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(חברים קרובים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(צורה שמראה קרבה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(משימה קצרה בסוף השיעור)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מקרה לחשיבה – עדן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ייתכן שהיא מרגישה עצובה או שונה כי המשפחה שלה קטנה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להגיד שלכל משפחה יש צורה שונה וזה בסדר, ואפשר גם לצייר משפחה שבחרתי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משפטים הכוללים שמות או תיאורים של אנשים במעגל הראשון ופעילות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אדם קרוב מהמעגל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הכוללת סבים, דודים ובני 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לאדם קרוב שאינו קרוב דם, כמו חבר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רמת כתיבה מתאימה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צורה אחת נכונה למשפחה ולהתייחס ברגישות למקרה של עדן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לעודד שיתוף בכיתה רק למי שרוצה, בלי לחייב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אנשים קרובים. יש אנשים שגרים איתו, יש משפחה רחוקה יותר, ויש חברים שהם כמו משפחה.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קרובה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שגרים איתי או מגדלים אותי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מורחבת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סבא, סבתא, דודים ובני דודים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שבחרתי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חשובים לי שהם כמו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עגולה שמראה קרבה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 דודים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של הדודים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סבא וסבתא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של אבא או אמא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או אישה בסיפור או בציור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קצרה בסוף השיעור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נמצא קרוב מאוד אליי?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שגרים איתי או מגדלים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חברים מבית הספר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שגרים בעיר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דמויות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זו המשפחה הרחוקה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סבא וסבתא, דודים ובני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שכן שלא מכירים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חיית מחמד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יכול להיות כמו משפחה בלי להיות קרוב 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קרובים אליי גם בלי קשר 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אנשים שגרים לידי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קרובי משפחה רשמיים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שלא מכירים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עיגולים מציירים?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אני בציור?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במרכז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מחוץ למעגלים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מורחבת כוללת רק הורים וילדים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יכול לצייר משפחה שונה, כי משפחות שונות זו מזו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לצייר חיות במקום אנשים בתרגיל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שהוא כמו משפחה חייב להיות קרוב 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הראשון נמצאים אנשים שגרים איתי או מגדלים אותי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האנשים שגרים איתי או מגדלים אותי נמצאים 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סבא, סבתא, דודים ובני דודים הם חלק מהמשפחה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אנשים שהם כמו משפחה אבל אינם קרובי דם נקראים משפחה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בפעילות הציור מציירים __________ 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במרכז הדף מציירים 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משימה קצרה בסוף השיעור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צורה שמראה קרבה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ההורים והאחים שגרים איתי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סבים, דודים ובני דודים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יציאה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חברים קרובים שהם כמו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מקרה לחשיבה – עדן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לדעתכם מרגישה עדן כששומעת שצריך לצייר 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החברה יכולה להגיד לעדן כדי שתרגיש טוב?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 על המעגל הראשון שלכם: מי נמצא בו ומה אתם עושים יחד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אדם אחד מהמעגל הראשון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משפחה מורחבת היא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יכול להיות ב'משפחה שבחרתי'?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