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 המעגלים של הלב – משפחה קרובה, מורחבת ואנשים שהם כמו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נמצא בכל מעגל אצל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רגישות כלפי משפחות שונות ומגוונות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אנשים שגרים איתי או מגדלים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סבא וסבתא, דודים ובני 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אנשים קרובים אליי גם בלי קשר 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במרכז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משפחה מורחבת כוללת גם סבים, דודים ובני 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צורה אחת נכונה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לצייר דמויות של חיות במקום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להיות קרוב גם בלי קשר 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המעגל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עצמכם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(ההורים והאחים שגרים איתי)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(סבים, דודים ובני 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(חברים קרובים שהם כמו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(צורה שמראה קרבה בין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(משימה קצרה בסוף השיעור)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מקרה לחשיבה – עדן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ייתכן שהיא מרגישה עצובה או שונה כי המשפחה שלה קטנה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להגיד שלכל משפחה יש צורה שונה וזה בסדר, ואפשר גם לצייר משפחה שבחרתי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משפטים הכוללים שמות או תיאורים של אנשים במעגל הראשון ופעילות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אדם קרוב מהמעגל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הכוללת סבים, דודים ובני דודים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לאדם קרוב שאינו קרוב דם, כמו חבר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לבחור רמת כתיבה מתאימה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צורה אחת נכונה למשפחה ולהתייחס ברגישות למקרה של עדן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לעודד שיתוף בכיתה רק למי שרוצה, בלי לחייב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שלכל ילד יש אנשים שונים סביבו – חלקם גרים איתו, חלקם משפחה רחוקה יותר, וחלקם אנשים שהם כמו משפחה למרות שאינם קרובי דם. דף זה מתרגל את ההבנה הזו.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נמצא במעגל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שגרים איתי או מגדלים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חברים מבית הספר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שגרים בעיר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דמויות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יכול להיות במעגל השני – המשפחה המורחבת?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סבא וסבתא, דודים ובני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שכן שלא מכירים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חיית מחמד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בדיוק 'אנשים שהם כמו משפחה'?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קרובים אליי גם בלי קשר 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אנשים שגרים לידי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קרובי משפחה רשמיים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אנשים שלא מכירים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מעגלים מציירים בפעילות?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מציירים את עצמכם בציור?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במרכז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מחוץ למעגלים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למעלה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מורחבת כוללת רק הורים וילדים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יכול לצייר משפחה שונה, כי משפחות שונות זו מזו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לצייר חיות במקום אנשים בתרגיל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שהוא כמו משפחה חייב להיות קרוב 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במעגל הראשון נמצאים אנשים שגרים איתי או מגדלים אותי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האנשים שגרים איתי או מגדלים אותי נמצאים במעגל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סבא, סבתא, דודים ובני דודים הם חלק מהמשפחה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אנשים שהם כמו משפחה אבל אינם קרובי דם נקראים משפחה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בפעילות הציור מציירים __________ 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במרכז הדף מציירים 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 קרובה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משימה קצרה בסוף השיעור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משפחה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חברים קרובים שהם כמו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 שבחרתי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צורה שמראה קרבה בין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ההורים והאחים שגרים איתי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יציאה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סבים, דודים ובני דודים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מקרה לחשיבה – עדן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לדעתכם מרגישה עדן כששומעת שצריך לצייר 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החברה יכולה להגיד לעדן כדי שתרגיש טוב?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 על המעגל הראשון שלכם: מי נמצא בו ומה אתם עושים יחד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אדם אחד מהמעגל הראשון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משפחה מורחבת היא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יכול להיות ב'משפחה שבחרתי'?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המעגלים של הלב – המשפחה הקרובה והמורחבת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